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1A365D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FFFFFF"/>
                <w:sz w:val="30"/>
              </w:rPr>
              <w:t>Advances in Modern Science and Research (AMSR)</w:t>
            </w:r>
          </w:p>
          <w:p>
            <w:pPr>
              <w:spacing w:after="0"/>
            </w:pPr>
            <w:r>
              <w:rPr>
                <w:rFonts w:ascii="Calibri" w:hAnsi="Calibri"/>
                <w:color w:val="CBD5E0"/>
                <w:sz w:val="20"/>
              </w:rPr>
              <w:t>Official Editorial Board &amp; Section Editor Invitation Package</w:t>
            </w:r>
          </w:p>
        </w:tc>
      </w:tr>
    </w:tbl>
    <w:p/>
    <w:p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Option 1: Formal Invitation Email / Letter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7FAFC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spacing w:line="276" w:lineRule="auto"/>
            </w:pPr>
            <w:r>
              <w:rPr>
                <w:rFonts w:ascii="Calibri" w:hAnsi="Calibri"/>
                <w:color w:val="2D3748"/>
                <w:sz w:val="19"/>
              </w:rPr>
              <w:t>Subject: Invitation to Join the Editorial Board — Advances in Modern Science and Research (AMSR)</w:t>
              <w:br/>
              <w:br/>
              <w:t>Dear Prof. / Dr. [Last Name],</w:t>
              <w:br/>
              <w:br/>
              <w:t>I hope this message finds you well.</w:t>
              <w:br/>
              <w:br/>
              <w:t>On behalf of the Editorial Office of Advances in Modern Science and Research (AMSR), I am honored to invite you to join our Editorial Board as a distinguished [Section Editor / Editorial Board Member] in the field of [Specific Discipline / e.g., Molecular Biology, Veterinary Anatomy, Biotechnology].</w:t>
              <w:br/>
              <w:br/>
              <w:t>Given your outstanding track record, extensive scholarly contributions, and recognized expertise in [mention 1–2 specific research topics/recent publications], we believe your leadership will be invaluable in shaping the scientific trajectory and international standards of AMSR.</w:t>
              <w:br/>
              <w:br/>
              <w:t>About the Journal:</w:t>
              <w:br/>
              <w:t>Advances in Modern Science and Research (ISSN: [Pending/Registered] | ISO-4: Adv. Mod. Sci. Res.) is a peer-reviewed, Gold Open Access journal published quarterly. The journal is committed to publishing high-impact discoveries, innovative methodologies, and comprehensive reviews across biological, biomedical, veterinary, physical, and interdisciplinary sciences.</w:t>
              <w:br/>
              <w:br/>
              <w:t>Editorial Board Responsibilities:</w:t>
              <w:br/>
              <w:t>• Overseeing the double-blind peer-review workflow for 2–4 manuscripts per year within your specific expertise.</w:t>
              <w:br/>
              <w:t>• Recommending expert reviewers and providing final editorial recommendations on revised manuscripts.</w:t>
              <w:br/>
              <w:t>• Proposing or guest-editing occasional Special Issues on emerging scientific topics.</w:t>
              <w:br/>
              <w:t>• Serving as an ambassador for AMSR to uphold publishing ethics and scientific rigor (COPE compliance).</w:t>
              <w:br/>
              <w:br/>
              <w:t>Benefits of Joining AMSR:</w:t>
              <w:br/>
              <w:t>• Prominent display of your profile, institution, and ORCID ID on the official journal masthead.</w:t>
              <w:br/>
              <w:t>• Full Article Processing Charge (APC) waivers for your own accepted research/review submissions.</w:t>
              <w:br/>
              <w:t>• Priority editorial processing for your submitted manuscripts and Special Issue proposals.</w:t>
              <w:br/>
              <w:t>• Verified public credit on Web of Science / ORCID for editorial and peer-review contributions.</w:t>
              <w:br/>
              <w:br/>
              <w:t>If you are willing to accept this invitation, please reply to this email with your updated CV or a brief biographical sketch and a list of 4–6 specific keywords representing your research expertise by [Date: e.g., September 15, 2026].</w:t>
              <w:br/>
              <w:br/>
              <w:t>Thank you very much for considering our invitation. We look forward to the possibility of working closely with you.</w:t>
              <w:br/>
              <w:br/>
              <w:t>With warmest regards,</w:t>
              <w:br/>
              <w:br/>
              <w:t>Editor-in-Chief / Editorial Office</w:t>
              <w:br/>
              <w:t>Advances in Modern Science and Research (AMSR)</w:t>
              <w:br/>
              <w:t>Email: editorial.office@amsr-journal.org | Web: www.amsr-journal.org</w:t>
            </w:r>
          </w:p>
        </w:tc>
      </w:tr>
    </w:tbl>
    <w:p/>
    <w:p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Option 2: Editorial Board Member Acceptance Form (To attach if needed)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  <w:insideV w:val="none"/>
          <w:left w:val="none"/>
          <w:right w:val="none"/>
        </w:tblBorders>
      </w:tblPr>
      <w:tblGrid>
        <w:gridCol w:w="3168"/>
        <w:gridCol w:w="6192"/>
      </w:tblGrid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Full Name &amp; Academic Title: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7"/>
              </w:rPr>
              <w:t>[e.g., Prof. Dr. John Doe, Ph.D.]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Primary Institutional Affiliation: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7"/>
              </w:rPr>
              <w:t>[Department, Faculty, University, Country]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Institutional Email &amp; Phone: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7"/>
              </w:rPr>
              <w:t>[email@institution.edu | +XX-XXXXXXXX]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ORCID Identifier / Profile URL: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7"/>
              </w:rPr>
              <w:t>[https://orcid.org/0000-000X-XXXX-XXXX]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Preferred Editorial Track / Section: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7"/>
              </w:rPr>
              <w:t>[  ] Life &amp; Biomedical Sciences</w:t>
              <w:br/>
              <w:t>[  ] Veterinary &amp; Animal Sciences</w:t>
              <w:br/>
              <w:t>[  ] Applied Chemistry &amp; Physics</w:t>
              <w:br/>
              <w:t>[  ] Computational &amp; Applied Tech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5-6 Specific Research Keywords: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7"/>
              </w:rPr>
              <w:t>[e.g., Comparative Anatomy; Gene Expression; qPCR; Phylogenetics]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Declaration &amp; Signature: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7"/>
              </w:rPr>
              <w:t>I confirm my acceptance to serve on the Editorial Board of AMSR.</w:t>
              <w:br/>
              <w:t>Signature: ___________________  Date: [DD/MM/YYYY]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